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i w:val="0"/>
          <w:color w:val="0F172A"/>
          <w:sz w:val="38"/>
        </w:rPr>
        <w:t>SLOPE STABILITY SCREENING CHECKLIST</w:t>
      </w:r>
    </w:p>
    <w:p>
      <w:pPr>
        <w:spacing w:after="160"/>
      </w:pPr>
      <w:r>
        <w:rPr>
          <w:rFonts w:ascii="Arial" w:hAnsi="Arial"/>
          <w:b w:val="0"/>
          <w:i/>
          <w:color w:val="475569"/>
          <w:sz w:val="20"/>
        </w:rPr>
        <w:t>A reconnaissance and data-needs form for identifying credible slope mechanisms, water controls, change, and consequence.</w:t>
      </w: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3888"/>
        <w:gridCol w:w="1440"/>
        <w:gridCol w:w="3888"/>
      </w:tblGrid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Project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Slope ID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Location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Visit date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Observer(s)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Weather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Recent rainfall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Affected asset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8712"/>
      </w:tblGrid>
      <w:tr>
        <w:tc>
          <w:tcPr>
            <w:tcW w:type="dxa" w:w="5328"/>
            <w:shd w:fill="F97316"/>
            <w:tcBorders>
              <w:top w:val="single" w:sz="4" w:color="F97316"/>
              <w:left w:val="single" w:sz="4" w:color="F97316"/>
              <w:bottom w:val="single" w:sz="4" w:color="F97316"/>
              <w:right w:val="single" w:sz="4" w:color="F97316"/>
              <w:insideH w:val="single" w:sz="4" w:color="F97316"/>
              <w:insideV w:val="single" w:sz="4" w:color="F9731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STOP WORK</w:t>
            </w:r>
          </w:p>
        </w:tc>
        <w:tc>
          <w:tcPr>
            <w:tcW w:type="dxa" w:w="5328"/>
            <w:shd w:fill="FFF7ED"/>
            <w:tcBorders>
              <w:top w:val="single" w:sz="4" w:color="F97316"/>
              <w:left w:val="single" w:sz="4" w:color="F97316"/>
              <w:bottom w:val="single" w:sz="4" w:color="F97316"/>
              <w:right w:val="single" w:sz="4" w:color="F97316"/>
              <w:insideH w:val="single" w:sz="4" w:color="F97316"/>
              <w:insideV w:val="single" w:sz="4" w:color="F97316"/>
            </w:tcBorders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Active movement, falling rock, an unsupported excavation, damaged utilities, or distress affecting occupied structures or public access requires immediate site-specific safety evaluation. Do not rely on this checklist as a stability determination.</w:t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GEOMETRY AND MATERIAL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Observation / requirement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Record slope height, inclination, length, orientation, benches, breaks in slope, and toe geometry.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Identify apparent cut, fill, natural slope, embankment, waste fill, colluvium, residual soil, or rock slope.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Note layering, weak seams, slickensides, contacts, discontinuities, weathering, and material variability.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Estimate the plausible depth and shape of movement only if field evidence supports the interpretation.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DISTRESS AND MOVEMENT INDICATORS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Observation / requirement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Map scarps, tension cracks, grabens, hummocky ground, toe bulging, lateral spreading, and displaced drainage features.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Record tilted or curved trees, offset fences, cracked pavement, distorted walls, and damaged buried utilities.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Distinguish erosion, shallow sloughing, rockfall, debris movement, translational movement, and rotational movement.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Compare current observations with earlier photos, survey, monitoring, repair records, or witness reports.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GROUNDWATER AND SURFACE WATER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Observation / requirement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Record seepage elevation, springs, wet zones, ponding, blocked drainage, erosion channels, and discharge points.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Review rainfall, snowmelt, irrigation, septic discharge, water-line leakage, and stormwater changes.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Note whether water is concentrated at the crest, within the slope, at contacts, or at the toe.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Identify dry-season and wet-season conditions needed for a defensible stability model.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LOADING AND GEOMETRY CHANGES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Observation / requirement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Record crest fill, stockpiles, structures, traffic, equipment, vibration, or other surcharge.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Record toe excavation, erosion, channel migration, utility trenching, wall construction, or loss of support.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Note vegetation removal, wildfire, grading, drainage work, and recent repair measures.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Identify seismic, rapid drawdown, flood, wave, or construction stages relevant to the slope.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ANALYSIS DATA NEEDS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Check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Observation / requirement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Notes / action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Select candidate strength conditions: drained peak, drained residual, undrained, or rock-mass/discontinuity controlled.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Identify exploration, sampling, laboratory testing, groundwater monitoring, and survey control required.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Select plausible methods: infinite slope, circular/noncircular limit equilibrium, rock kinematics, numerical analysis, or monitoring only.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Define sensitivity cases for groundwater, strength, loading, geometry, and credible adverse conditions.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>
      <w:r>
        <w:br w:type="page"/>
      </w: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SLOPE GEOMETRY AND OBSERVATION LOG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648"/>
        <w:gridCol w:w="1872"/>
        <w:gridCol w:w="2880"/>
        <w:gridCol w:w="1655"/>
        <w:gridCol w:w="1655"/>
        <w:gridCol w:w="1944"/>
      </w:tblGrid>
      <w:tr>
        <w:tc>
          <w:tcPr>
            <w:tcW w:type="dxa" w:w="648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187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Station / location</w:t>
            </w:r>
          </w:p>
        </w:tc>
        <w:tc>
          <w:tcPr>
            <w:tcW w:type="dxa" w:w="288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Feature</w:t>
            </w:r>
          </w:p>
        </w:tc>
        <w:tc>
          <w:tcPr>
            <w:tcW w:type="dxa" w:w="1656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Dimensions</w:t>
            </w:r>
          </w:p>
        </w:tc>
        <w:tc>
          <w:tcPr>
            <w:tcW w:type="dxa" w:w="1656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Photo / survey</w:t>
            </w:r>
          </w:p>
        </w:tc>
        <w:tc>
          <w:tcPr>
            <w:tcW w:type="dxa" w:w="194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70" w:type="dxa"/>
              <w:bottom w:w="65" w:type="dxa"/>
              <w:end w:w="7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5"/>
              </w:rPr>
              <w:t>Interpretation</w:t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</w:t>
            </w:r>
          </w:p>
        </w:tc>
        <w:tc>
          <w:tcPr>
            <w:tcW w:type="dxa" w:w="187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288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2</w:t>
            </w:r>
          </w:p>
        </w:tc>
        <w:tc>
          <w:tcPr>
            <w:tcW w:type="dxa" w:w="187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288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3</w:t>
            </w:r>
          </w:p>
        </w:tc>
        <w:tc>
          <w:tcPr>
            <w:tcW w:type="dxa" w:w="187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288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4</w:t>
            </w:r>
          </w:p>
        </w:tc>
        <w:tc>
          <w:tcPr>
            <w:tcW w:type="dxa" w:w="187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288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5</w:t>
            </w:r>
          </w:p>
        </w:tc>
        <w:tc>
          <w:tcPr>
            <w:tcW w:type="dxa" w:w="187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288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6</w:t>
            </w:r>
          </w:p>
        </w:tc>
        <w:tc>
          <w:tcPr>
            <w:tcW w:type="dxa" w:w="187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288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7</w:t>
            </w:r>
          </w:p>
        </w:tc>
        <w:tc>
          <w:tcPr>
            <w:tcW w:type="dxa" w:w="187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288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8</w:t>
            </w:r>
          </w:p>
        </w:tc>
        <w:tc>
          <w:tcPr>
            <w:tcW w:type="dxa" w:w="187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288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9</w:t>
            </w:r>
          </w:p>
        </w:tc>
        <w:tc>
          <w:tcPr>
            <w:tcW w:type="dxa" w:w="187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288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  <w:tr>
        <w:tc>
          <w:tcPr>
            <w:tcW w:type="dxa" w:w="648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  <w:t>10</w:t>
            </w:r>
          </w:p>
        </w:tc>
        <w:tc>
          <w:tcPr>
            <w:tcW w:type="dxa" w:w="187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288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656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  <w:tc>
          <w:tcPr>
            <w:tcW w:type="dxa" w:w="194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0" w:type="dxa"/>
              <w:start w:w="70" w:type="dxa"/>
              <w:bottom w:w="60" w:type="dxa"/>
              <w:end w:w="7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5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E40AF"/>
            <w:tcBorders>
              <w:top w:val="single" w:sz="4" w:color="1E40AF"/>
              <w:left w:val="single" w:sz="4" w:color="1E40AF"/>
              <w:bottom w:val="single" w:sz="4" w:color="1E40AF"/>
              <w:right w:val="single" w:sz="4" w:color="1E40AF"/>
              <w:insideH w:val="single" w:sz="4" w:color="1E40AF"/>
              <w:insideV w:val="single" w:sz="4" w:color="1E40AF"/>
            </w:tcBorders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SCREENING DISPOSITION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792"/>
        <w:gridCol w:w="6263"/>
        <w:gridCol w:w="3600"/>
      </w:tblGrid>
      <w:tr>
        <w:tc>
          <w:tcPr>
            <w:tcW w:type="dxa" w:w="792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Select</w:t>
            </w:r>
          </w:p>
        </w:tc>
        <w:tc>
          <w:tcPr>
            <w:tcW w:type="dxa" w:w="6264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Disposition</w:t>
            </w:r>
          </w:p>
        </w:tc>
        <w:tc>
          <w:tcPr>
            <w:tcW w:type="dxa" w:w="3600"/>
            <w:shd w:fill="0F172A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16"/>
              </w:rPr>
              <w:t>Basis / responsible party</w:t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No observed evidence of instability, but subsurface conditions and seasonal groundwater remain unverified.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Additional reconnaissance, records review, or monitoring is required before selecting an analysis method.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Detailed geotechnical exploration and stability analysis is recommended.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  <w:tr>
        <w:tc>
          <w:tcPr>
            <w:tcW w:type="dxa" w:w="792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[ ]</w:t>
            </w:r>
          </w:p>
        </w:tc>
        <w:tc>
          <w:tcPr>
            <w:tcW w:type="dxa" w:w="6264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0F172A"/>
                <w:sz w:val="16"/>
              </w:rPr>
              <w:t>Urgent safety, access, drainage, or stabilization measures require project-specific professional direction.</w:t>
            </w:r>
          </w:p>
        </w:tc>
        <w:tc>
          <w:tcPr>
            <w:tcW w:type="dxa" w:w="3600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tcMar>
              <w:top w:w="65" w:type="dxa"/>
              <w:start w:w="90" w:type="dxa"/>
              <w:bottom w:w="65" w:type="dxa"/>
              <w:end w:w="90" w:type="dxa"/>
            </w:tcMar>
            <w:vAlign w:val="top"/>
          </w:tcPr>
          <w:p>
            <w:r>
              <w:rPr>
                <w:rFonts w:ascii="Arial" w:hAnsi="Arial"/>
                <w:b w:val="0"/>
                <w:i w:val="0"/>
                <w:color w:val="475569"/>
                <w:sz w:val="16"/>
              </w:rPr>
            </w:r>
          </w:p>
        </w:tc>
      </w:tr>
    </w:tbl>
    <w:p/>
    <w:tbl>
      <w:tblPr>
        <w:tblW w:type="dxa" w:w="10656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3888"/>
        <w:gridCol w:w="1440"/>
        <w:gridCol w:w="3888"/>
      </w:tblGrid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Prepared by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Date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  <w:tr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Reviewed by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  <w:tc>
          <w:tcPr>
            <w:tcW w:type="dxa" w:w="1440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  <w:shd w:fill="EFF6FF"/>
          </w:tcPr>
          <w:p>
            <w:r>
              <w:rPr>
                <w:rFonts w:ascii="Arial" w:hAnsi="Arial"/>
                <w:b/>
                <w:i w:val="0"/>
                <w:color w:val="0F172A"/>
                <w:sz w:val="16"/>
              </w:rPr>
              <w:t>Date</w:t>
            </w:r>
          </w:p>
        </w:tc>
        <w:tc>
          <w:tcPr>
            <w:tcW w:type="dxa" w:w="3888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  <w:insideH w:val="single" w:sz="4" w:color="CBD5E1"/>
              <w:insideV w:val="single" w:sz="4" w:color="CBD5E1"/>
            </w:tcBorders>
            <w:vAlign w:val="center"/>
          </w:tcPr>
          <w:p>
            <w:r>
              <w:rPr>
                <w:rFonts w:ascii="Arial" w:hAnsi="Arial"/>
                <w:b w:val="0"/>
                <w:i w:val="0"/>
                <w:sz w:val="18"/>
              </w:rPr>
              <w:t xml:space="preserve">    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792" w:bottom="792" w:left="792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</w:tblPr>
    <w:tblGrid>
      <w:gridCol w:w="8064"/>
      <w:gridCol w:w="2592"/>
    </w:tblGrid>
    <w:tr>
      <w:tc>
        <w:tcPr>
          <w:tcW w:type="dxa" w:w="5328"/>
        </w:tcPr>
        <w:p>
          <w:r>
            <w:rPr>
              <w:rFonts w:ascii="Arial" w:hAnsi="Arial"/>
              <w:b w:val="0"/>
              <w:i w:val="0"/>
              <w:color w:val="475569"/>
              <w:sz w:val="14"/>
            </w:rPr>
            <w:t>Educational template - verify project-specific requirements and obtain professional review where required.</w:t>
          </w:r>
        </w:p>
      </w:tc>
      <w:tc>
        <w:tcPr>
          <w:tcW w:type="dxa" w:w="5328"/>
        </w:tcPr>
        <w:p>
          <w:pPr>
            <w:jc w:val="right"/>
          </w:pPr>
          <w:r>
            <w:rPr>
              <w:rFonts w:ascii="Arial" w:hAnsi="Arial"/>
              <w:b w:val="0"/>
              <w:i w:val="0"/>
              <w:color w:val="475569"/>
              <w:sz w:val="16"/>
            </w:rPr>
            <w:t xml:space="preserve">Page </w:t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8208"/>
      <w:gridCol w:w="2448"/>
    </w:tblGrid>
    <w:tr>
      <w:tc>
        <w:tcPr>
          <w:tcW w:type="dxa" w:w="5328"/>
          <w:shd w:fill="0F172A"/>
          <w:tcMar>
            <w:top w:w="50" w:type="dxa"/>
            <w:start w:w="90" w:type="dxa"/>
            <w:bottom w:w="50" w:type="dxa"/>
            <w:end w:w="90" w:type="dxa"/>
          </w:tcMar>
          <w:tcBorders>
            <w:top w:val="single" w:sz="2" w:color="0F172A"/>
            <w:left w:val="single" w:sz="2" w:color="0F172A"/>
            <w:bottom w:val="single" w:sz="2" w:color="0F172A"/>
            <w:right w:val="single" w:sz="2" w:color="0F172A"/>
            <w:insideH w:val="single" w:sz="2" w:color="0F172A"/>
            <w:insideV w:val="single" w:sz="2" w:color="0F172A"/>
          </w:tcBorders>
        </w:tcPr>
        <w:p>
          <w:r>
            <w:rPr>
              <w:rFonts w:ascii="Arial" w:hAnsi="Arial"/>
              <w:b/>
              <w:i w:val="0"/>
              <w:color w:val="FFFFFF"/>
              <w:sz w:val="16"/>
            </w:rPr>
            <w:t>CIVIL GEO TOOLS</w:t>
          </w:r>
        </w:p>
      </w:tc>
      <w:tc>
        <w:tcPr>
          <w:tcW w:type="dxa" w:w="5328"/>
          <w:shd w:fill="1E40AF"/>
          <w:tcMar>
            <w:top w:w="50" w:type="dxa"/>
            <w:start w:w="90" w:type="dxa"/>
            <w:bottom w:w="50" w:type="dxa"/>
            <w:end w:w="90" w:type="dxa"/>
          </w:tcMar>
          <w:tcBorders>
            <w:top w:val="single" w:sz="2" w:color="0F172A"/>
            <w:left w:val="single" w:sz="2" w:color="0F172A"/>
            <w:bottom w:val="single" w:sz="2" w:color="0F172A"/>
            <w:right w:val="single" w:sz="2" w:color="0F172A"/>
            <w:insideH w:val="single" w:sz="2" w:color="0F172A"/>
            <w:insideV w:val="single" w:sz="2" w:color="0F172A"/>
          </w:tcBorders>
        </w:tcPr>
        <w:p>
          <w:pPr>
            <w:jc w:val="right"/>
          </w:pPr>
          <w:r>
            <w:rPr>
              <w:rFonts w:ascii="Arial" w:hAnsi="Arial"/>
              <w:b/>
              <w:i w:val="0"/>
              <w:color w:val="FFFFFF"/>
              <w:sz w:val="16"/>
            </w:rPr>
            <w:t>FIELD RESOURCE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0F172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1E40A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Slope Stability Screening Checklist</dc:title>
  <dc:subject>A reconnaissance and data-needs form for identifying credible slope mechanisms, water controls, change, and consequence.</dc:subject>
  <dc:creator>Civil Geo Tools</dc:creator>
  <cp:keywords>civil engineering, geotechnical engineering, template</cp:keywords>
  <dc:description>generated by python-docx</dc:description>
  <cp:lastModifiedBy>Civil Geo Tools</cp:lastModifiedBy>
  <cp:revision>1</cp:revision>
  <dcterms:created xsi:type="dcterms:W3CDTF">2013-12-23T23:15:00Z</dcterms:created>
  <dcterms:modified xsi:type="dcterms:W3CDTF">2013-12-23T23:15:00Z</dcterms:modified>
  <cp:category/>
</cp:coreProperties>
</file>